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254872" w14:textId="77777777" w:rsidR="00614721" w:rsidRDefault="00000000">
      <w:pPr>
        <w:pStyle w:val="Titel"/>
      </w:pPr>
      <w:r>
        <w:t>Across Mobility Application 2026</w:t>
      </w:r>
    </w:p>
    <w:p w14:paraId="09591888" w14:textId="77777777" w:rsidR="00614721" w:rsidRDefault="00000000">
      <w:sdt>
        <w:sdtPr>
          <w:alias w:val="To Chemnitz (incoming)"/>
          <w:tag w:val="incoming"/>
          <w:id w:val="300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To Chemnitz (incoming)      </w:t>
      </w:r>
      <w:sdt>
        <w:sdtPr>
          <w:alias w:val="From Chemnitz (outgoing)"/>
          <w:tag w:val="outgoing"/>
          <w:id w:val="3002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From Chemnitz (outgoing)</w:t>
      </w:r>
      <w:r>
        <w:rPr>
          <w:sz w:val="18"/>
        </w:rPr>
        <w:t xml:space="preserve">  — select one</w:t>
      </w:r>
    </w:p>
    <w:p w14:paraId="3A0EC816" w14:textId="18CBE438" w:rsidR="00614721" w:rsidRDefault="00000000">
      <w:r>
        <w:rPr>
          <w:sz w:val="18"/>
        </w:rPr>
        <w:t xml:space="preserve">Complete in English and keep to two pages, excluding attachments. Sign and upload a PDF with the host invitation to </w:t>
      </w:r>
      <w:hyperlink r:id="rId8" w:history="1">
        <w:proofErr w:type="spellStart"/>
        <w:r w:rsidRPr="00EF620F">
          <w:rPr>
            <w:rStyle w:val="Hyperlink"/>
            <w:sz w:val="18"/>
          </w:rPr>
          <w:t>TUCcloud</w:t>
        </w:r>
        <w:proofErr w:type="spellEnd"/>
      </w:hyperlink>
      <w:r>
        <w:rPr>
          <w:sz w:val="18"/>
        </w:rPr>
        <w:t xml:space="preserve"> by 30 November 2026.</w:t>
      </w:r>
    </w:p>
    <w:p w14:paraId="641ED40C" w14:textId="77777777" w:rsidR="00614721" w:rsidRDefault="00000000">
      <w:pPr>
        <w:pStyle w:val="berschrift1"/>
      </w:pPr>
      <w:r>
        <w:t>1 Applicant and institutions</w:t>
      </w:r>
    </w:p>
    <w:p w14:paraId="0DB9CB52" w14:textId="77777777" w:rsidR="00614721" w:rsidRDefault="00000000">
      <w:r>
        <w:rPr>
          <w:b/>
        </w:rPr>
        <w:t xml:space="preserve">Applicant  </w:t>
      </w:r>
      <w:sdt>
        <w:sdtPr>
          <w:rPr>
            <w:highlight w:val="yellow"/>
          </w:rPr>
          <w:alias w:val="applicant"/>
          <w:tag w:val="applicant"/>
          <w:id w:val="3003"/>
          <w:text w:multiLine="1"/>
        </w:sdtPr>
        <w:sdtContent>
          <w:r w:rsidRPr="00EF620F">
            <w:rPr>
              <w:highlight w:val="yellow"/>
            </w:rPr>
            <w:t>[Full name and academic status or coordination role]</w:t>
          </w:r>
        </w:sdtContent>
      </w:sdt>
    </w:p>
    <w:p w14:paraId="2BB9BF0A" w14:textId="77777777" w:rsidR="00614721" w:rsidRDefault="00000000">
      <w:r>
        <w:rPr>
          <w:b/>
        </w:rPr>
        <w:t xml:space="preserve">Home institution  </w:t>
      </w:r>
      <w:sdt>
        <w:sdtPr>
          <w:rPr>
            <w:highlight w:val="yellow"/>
          </w:rPr>
          <w:alias w:val="home"/>
          <w:tag w:val="home"/>
          <w:id w:val="3004"/>
          <w:text w:multiLine="1"/>
        </w:sdtPr>
        <w:sdtContent>
          <w:r w:rsidRPr="00EF620F">
            <w:rPr>
              <w:highlight w:val="yellow"/>
            </w:rPr>
            <w:t>[University and organisational unit]</w:t>
          </w:r>
        </w:sdtContent>
      </w:sdt>
    </w:p>
    <w:p w14:paraId="0FE2A998" w14:textId="77777777" w:rsidR="00614721" w:rsidRDefault="00000000">
      <w:r>
        <w:rPr>
          <w:b/>
        </w:rPr>
        <w:t xml:space="preserve">Email  </w:t>
      </w:r>
      <w:sdt>
        <w:sdtPr>
          <w:rPr>
            <w:highlight w:val="yellow"/>
          </w:rPr>
          <w:alias w:val="email"/>
          <w:tag w:val="email"/>
          <w:id w:val="3005"/>
          <w:text w:multiLine="1"/>
        </w:sdtPr>
        <w:sdtContent>
          <w:r w:rsidRPr="00EF620F">
            <w:rPr>
              <w:highlight w:val="yellow"/>
            </w:rPr>
            <w:t>[Institutional email address]</w:t>
          </w:r>
        </w:sdtContent>
      </w:sdt>
    </w:p>
    <w:p w14:paraId="0590E039" w14:textId="77777777" w:rsidR="00614721" w:rsidRDefault="00000000">
      <w:r>
        <w:rPr>
          <w:b/>
        </w:rPr>
        <w:t xml:space="preserve">Host institution  </w:t>
      </w:r>
      <w:sdt>
        <w:sdtPr>
          <w:rPr>
            <w:highlight w:val="yellow"/>
          </w:rPr>
          <w:alias w:val="host"/>
          <w:tag w:val="host"/>
          <w:id w:val="3006"/>
          <w:text w:multiLine="1"/>
        </w:sdtPr>
        <w:sdtContent>
          <w:r w:rsidRPr="00EF620F">
            <w:rPr>
              <w:highlight w:val="yellow"/>
            </w:rPr>
            <w:t>[University and organisational unit]</w:t>
          </w:r>
        </w:sdtContent>
      </w:sdt>
    </w:p>
    <w:p w14:paraId="21F6A06F" w14:textId="77777777" w:rsidR="00614721" w:rsidRDefault="00000000">
      <w:r>
        <w:rPr>
          <w:b/>
        </w:rPr>
        <w:t xml:space="preserve">Host contact  </w:t>
      </w:r>
      <w:sdt>
        <w:sdtPr>
          <w:rPr>
            <w:highlight w:val="yellow"/>
          </w:rPr>
          <w:alias w:val="host contact"/>
          <w:tag w:val="host_contact"/>
          <w:id w:val="3007"/>
          <w:text w:multiLine="1"/>
        </w:sdtPr>
        <w:sdtContent>
          <w:r w:rsidRPr="00EF620F">
            <w:rPr>
              <w:highlight w:val="yellow"/>
            </w:rPr>
            <w:t>[Name, position and institutional email]</w:t>
          </w:r>
        </w:sdtContent>
      </w:sdt>
    </w:p>
    <w:p w14:paraId="0D757EDF" w14:textId="77777777" w:rsidR="00614721" w:rsidRDefault="00000000">
      <w:pPr>
        <w:pStyle w:val="berschrift1"/>
      </w:pPr>
      <w:r>
        <w:t>2 Destination and dates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6123"/>
      </w:tblGrid>
      <w:tr w:rsidR="00614721" w14:paraId="20899924" w14:textId="77777777">
        <w:trPr>
          <w:cantSplit/>
          <w:tblHeader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90DB7E" w14:textId="77777777" w:rsidR="00614721" w:rsidRDefault="00000000">
            <w:pPr>
              <w:spacing w:after="0" w:line="245" w:lineRule="auto"/>
            </w:pPr>
            <w:r>
              <w:rPr>
                <w:b/>
                <w:sz w:val="18"/>
              </w:rPr>
              <w:t>Travel information</w:t>
            </w:r>
          </w:p>
        </w:tc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41709A" w14:textId="77777777" w:rsidR="00614721" w:rsidRDefault="00000000">
            <w:pPr>
              <w:spacing w:after="0" w:line="245" w:lineRule="auto"/>
              <w:jc w:val="center"/>
            </w:pPr>
            <w:r>
              <w:rPr>
                <w:b/>
                <w:sz w:val="18"/>
              </w:rPr>
              <w:t>Details</w:t>
            </w:r>
          </w:p>
        </w:tc>
      </w:tr>
      <w:tr w:rsidR="00614721" w14:paraId="2851EBF5" w14:textId="77777777">
        <w:trPr>
          <w:cantSplit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C4C1B5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Destination</w:t>
            </w:r>
          </w:p>
        </w:tc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482F77" w14:textId="77777777" w:rsidR="00614721" w:rsidRPr="00EF620F" w:rsidRDefault="00000000">
            <w:pPr>
              <w:spacing w:after="0" w:line="245" w:lineRule="auto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destination"/>
                <w:tag w:val="destination"/>
                <w:id w:val="3008"/>
                <w:text w:multiLine="1"/>
              </w:sdtPr>
              <w:sdtContent>
                <w:r w:rsidRPr="00EF620F">
                  <w:rPr>
                    <w:highlight w:val="yellow"/>
                  </w:rPr>
                  <w:t>[City and country]</w:t>
                </w:r>
              </w:sdtContent>
            </w:sdt>
          </w:p>
        </w:tc>
      </w:tr>
      <w:tr w:rsidR="00614721" w14:paraId="7FDD374B" w14:textId="77777777">
        <w:trPr>
          <w:cantSplit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D5D5EA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Departure and return</w:t>
            </w:r>
          </w:p>
        </w:tc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7C6FE3" w14:textId="77777777" w:rsidR="00614721" w:rsidRPr="00EF620F" w:rsidRDefault="00000000">
            <w:pPr>
              <w:spacing w:after="0" w:line="245" w:lineRule="auto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travel dates"/>
                <w:tag w:val="travel_dates"/>
                <w:id w:val="3009"/>
                <w:text w:multiLine="1"/>
              </w:sdtPr>
              <w:sdtContent>
                <w:r w:rsidRPr="00EF620F">
                  <w:rPr>
                    <w:highlight w:val="yellow"/>
                  </w:rPr>
                  <w:t>[DD/MM/YYYY — DD/MM/YYYY]</w:t>
                </w:r>
              </w:sdtContent>
            </w:sdt>
          </w:p>
        </w:tc>
      </w:tr>
      <w:tr w:rsidR="00614721" w14:paraId="77273258" w14:textId="77777777">
        <w:trPr>
          <w:cantSplit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9F44A9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Dates at the host institution</w:t>
            </w:r>
          </w:p>
        </w:tc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19F05E" w14:textId="77777777" w:rsidR="00614721" w:rsidRPr="00EF620F" w:rsidRDefault="00000000">
            <w:pPr>
              <w:spacing w:after="0" w:line="245" w:lineRule="auto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host dates"/>
                <w:tag w:val="host_dates"/>
                <w:id w:val="3010"/>
                <w:text w:multiLine="1"/>
              </w:sdtPr>
              <w:sdtContent>
                <w:r w:rsidRPr="00EF620F">
                  <w:rPr>
                    <w:highlight w:val="yellow"/>
                  </w:rPr>
                  <w:t>[DD/MM/YYYY — DD/MM/YYYY]</w:t>
                </w:r>
              </w:sdtContent>
            </w:sdt>
          </w:p>
        </w:tc>
      </w:tr>
      <w:tr w:rsidR="00614721" w14:paraId="1C812518" w14:textId="77777777">
        <w:trPr>
          <w:cantSplit/>
          <w:jc w:val="center"/>
        </w:trPr>
        <w:tc>
          <w:tcPr>
            <w:tcW w:w="37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C33EE6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Number of nights</w:t>
            </w:r>
          </w:p>
        </w:tc>
        <w:tc>
          <w:tcPr>
            <w:tcW w:w="61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50CACF" w14:textId="77777777" w:rsidR="00614721" w:rsidRPr="00EF620F" w:rsidRDefault="00000000">
            <w:pPr>
              <w:spacing w:after="0" w:line="245" w:lineRule="auto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nights"/>
                <w:tag w:val="nights"/>
                <w:id w:val="3011"/>
                <w:text w:multiLine="1"/>
              </w:sdtPr>
              <w:sdtContent>
                <w:r w:rsidRPr="00EF620F">
                  <w:rPr>
                    <w:highlight w:val="yellow"/>
                  </w:rPr>
                  <w:t>[Number]</w:t>
                </w:r>
              </w:sdtContent>
            </w:sdt>
          </w:p>
        </w:tc>
      </w:tr>
    </w:tbl>
    <w:p w14:paraId="2178BE8C" w14:textId="77777777" w:rsidR="00614721" w:rsidRDefault="00614721">
      <w:pPr>
        <w:spacing w:after="0" w:line="100" w:lineRule="exact"/>
      </w:pPr>
    </w:p>
    <w:p w14:paraId="3032B682" w14:textId="7E20BBD7" w:rsidR="00614721" w:rsidRDefault="00000000">
      <w:r>
        <w:rPr>
          <w:sz w:val="18"/>
        </w:rPr>
        <w:t xml:space="preserve">The visit and return journey must be completed by </w:t>
      </w:r>
      <w:r w:rsidR="00EF620F">
        <w:rPr>
          <w:sz w:val="18"/>
        </w:rPr>
        <w:t xml:space="preserve">15 </w:t>
      </w:r>
      <w:r>
        <w:rPr>
          <w:sz w:val="18"/>
        </w:rPr>
        <w:t>December 2026. A longer visit does not increase the funding ceiling.</w:t>
      </w:r>
    </w:p>
    <w:p w14:paraId="2490752A" w14:textId="77777777" w:rsidR="00614721" w:rsidRDefault="00000000">
      <w:pPr>
        <w:pStyle w:val="berschrift1"/>
      </w:pPr>
      <w:r>
        <w:t>3 Proposed cooperation</w:t>
      </w:r>
    </w:p>
    <w:p w14:paraId="54EBA13A" w14:textId="77777777" w:rsidR="00614721" w:rsidRDefault="00000000">
      <w:r>
        <w:rPr>
          <w:b/>
        </w:rPr>
        <w:t xml:space="preserve">Working title  </w:t>
      </w:r>
      <w:sdt>
        <w:sdtPr>
          <w:rPr>
            <w:highlight w:val="yellow"/>
          </w:rPr>
          <w:alias w:val="title"/>
          <w:tag w:val="title"/>
          <w:id w:val="3012"/>
          <w:text w:multiLine="1"/>
        </w:sdtPr>
        <w:sdtContent>
          <w:r w:rsidRPr="00EF620F">
            <w:rPr>
              <w:highlight w:val="yellow"/>
            </w:rPr>
            <w:t>[Short project title]</w:t>
          </w:r>
        </w:sdtContent>
      </w:sdt>
    </w:p>
    <w:p w14:paraId="6E950728" w14:textId="77777777" w:rsidR="00614721" w:rsidRDefault="00000000">
      <w:r>
        <w:rPr>
          <w:b/>
        </w:rPr>
        <w:t xml:space="preserve">Primary focus  </w:t>
      </w:r>
      <w:sdt>
        <w:sdtPr>
          <w:alias w:val="Research"/>
          <w:tag w:val="research"/>
          <w:id w:val="301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Research      </w:t>
      </w:r>
      <w:sdt>
        <w:sdtPr>
          <w:alias w:val="Teaching"/>
          <w:tag w:val="teaching"/>
          <w:id w:val="301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Teaching</w:t>
      </w:r>
      <w:r>
        <w:rPr>
          <w:sz w:val="18"/>
        </w:rPr>
        <w:t xml:space="preserve">  — select one; activities may cover both</w:t>
      </w:r>
    </w:p>
    <w:p w14:paraId="6640889C" w14:textId="77777777" w:rsidR="00614721" w:rsidRDefault="00000000">
      <w:pPr>
        <w:spacing w:after="40"/>
      </w:pPr>
      <w:r>
        <w:rPr>
          <w:b/>
        </w:rPr>
        <w:t>1  What are the objectives and academic value?  ·  Maximum 75 words</w:t>
      </w:r>
    </w:p>
    <w:p w14:paraId="54C5A4E8" w14:textId="77777777" w:rsidR="00614721" w:rsidRDefault="00000000">
      <w:pPr>
        <w:spacing w:after="40"/>
      </w:pPr>
      <w:r>
        <w:rPr>
          <w:sz w:val="18"/>
        </w:rPr>
        <w:t>Explain what you will achieve with the host and why the cooperation matters. For teaching, address microcredentials or curriculum-based teaching.</w:t>
      </w:r>
    </w:p>
    <w:p w14:paraId="3D544920" w14:textId="77777777" w:rsidR="00614721" w:rsidRDefault="00000000">
      <w:pPr>
        <w:spacing w:after="140"/>
      </w:pPr>
      <w:sdt>
        <w:sdtPr>
          <w:rPr>
            <w:highlight w:val="yellow"/>
          </w:rPr>
          <w:alias w:val="objectives"/>
          <w:tag w:val="objectives"/>
          <w:id w:val="3015"/>
          <w:text w:multiLine="1"/>
        </w:sdtPr>
        <w:sdtContent>
          <w:r w:rsidRPr="00EF620F">
            <w:rPr>
              <w:highlight w:val="yellow"/>
            </w:rPr>
            <w:t>[Enter your response]</w:t>
          </w:r>
        </w:sdtContent>
      </w:sdt>
    </w:p>
    <w:p w14:paraId="6586193B" w14:textId="77777777" w:rsidR="00614721" w:rsidRDefault="00000000">
      <w:pPr>
        <w:spacing w:after="40"/>
      </w:pPr>
      <w:r>
        <w:rPr>
          <w:b/>
        </w:rPr>
        <w:t>2  Which activities are planned and how is the visit prepared?  ·  Maximum 75 words</w:t>
      </w:r>
    </w:p>
    <w:p w14:paraId="6482C6A5" w14:textId="77777777" w:rsidR="00614721" w:rsidRDefault="00000000">
      <w:pPr>
        <w:spacing w:after="40"/>
      </w:pPr>
      <w:r>
        <w:rPr>
          <w:sz w:val="18"/>
        </w:rPr>
        <w:t>Outline the schedule, roles and arrangements agreed with the host. For a summer school, specify your active contribution.</w:t>
      </w:r>
    </w:p>
    <w:p w14:paraId="080B9C75" w14:textId="77777777" w:rsidR="00614721" w:rsidRDefault="00000000">
      <w:pPr>
        <w:spacing w:after="140"/>
      </w:pPr>
      <w:sdt>
        <w:sdtPr>
          <w:rPr>
            <w:highlight w:val="yellow"/>
          </w:rPr>
          <w:alias w:val="activities"/>
          <w:tag w:val="activities"/>
          <w:id w:val="3016"/>
          <w:text w:multiLine="1"/>
        </w:sdtPr>
        <w:sdtContent>
          <w:r w:rsidRPr="00EF620F">
            <w:rPr>
              <w:highlight w:val="yellow"/>
            </w:rPr>
            <w:t>[Enter your response]</w:t>
          </w:r>
        </w:sdtContent>
      </w:sdt>
    </w:p>
    <w:p w14:paraId="407DF94A" w14:textId="77777777" w:rsidR="00614721" w:rsidRDefault="00000000">
      <w:pPr>
        <w:spacing w:after="40"/>
      </w:pPr>
      <w:r>
        <w:rPr>
          <w:b/>
        </w:rPr>
        <w:t>3  What are the expected results and next steps?  ·  Maximum 50 words</w:t>
      </w:r>
    </w:p>
    <w:p w14:paraId="3BD15BFB" w14:textId="77777777" w:rsidR="00614721" w:rsidRDefault="00000000">
      <w:pPr>
        <w:spacing w:after="40"/>
      </w:pPr>
      <w:r>
        <w:rPr>
          <w:sz w:val="18"/>
        </w:rPr>
        <w:t>Describe the benefits for both institutions and the medium-term cooperation planned after the visit.</w:t>
      </w:r>
    </w:p>
    <w:p w14:paraId="69C28CB0" w14:textId="77777777" w:rsidR="00614721" w:rsidRDefault="00000000">
      <w:pPr>
        <w:spacing w:after="140"/>
      </w:pPr>
      <w:sdt>
        <w:sdtPr>
          <w:rPr>
            <w:highlight w:val="yellow"/>
          </w:rPr>
          <w:alias w:val="impact"/>
          <w:tag w:val="impact"/>
          <w:id w:val="3017"/>
          <w:text w:multiLine="1"/>
        </w:sdtPr>
        <w:sdtContent>
          <w:r w:rsidRPr="00EF620F">
            <w:rPr>
              <w:highlight w:val="yellow"/>
            </w:rPr>
            <w:t>[Enter your response]</w:t>
          </w:r>
        </w:sdtContent>
      </w:sdt>
    </w:p>
    <w:p w14:paraId="679C3A57" w14:textId="77777777" w:rsidR="00614721" w:rsidRDefault="00000000">
      <w:r>
        <w:br w:type="page"/>
      </w:r>
    </w:p>
    <w:p w14:paraId="6F7705DA" w14:textId="77777777" w:rsidR="00614721" w:rsidRDefault="00000000">
      <w:pPr>
        <w:pStyle w:val="berschrift1"/>
      </w:pPr>
      <w:r>
        <w:lastRenderedPageBreak/>
        <w:t>4 Estimated costs and funding requested</w:t>
      </w:r>
    </w:p>
    <w:p w14:paraId="44286BC3" w14:textId="77777777" w:rsidR="00614721" w:rsidRDefault="00000000">
      <w:r>
        <w:rPr>
          <w:sz w:val="18"/>
        </w:rPr>
        <w:t>Use the destination limits in the call. Enter EUR amounts and show the basis of calculation. Declare other funding and how any costs above the requested grant will be covered.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2835"/>
        <w:gridCol w:w="2835"/>
      </w:tblGrid>
      <w:tr w:rsidR="00614721" w14:paraId="23007442" w14:textId="77777777">
        <w:trPr>
          <w:cantSplit/>
          <w:tblHeader/>
          <w:jc w:val="center"/>
        </w:trPr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BB0383" w14:textId="77777777" w:rsidR="00614721" w:rsidRDefault="00000000">
            <w:pPr>
              <w:spacing w:after="0" w:line="245" w:lineRule="auto"/>
            </w:pPr>
            <w:r>
              <w:rPr>
                <w:b/>
                <w:sz w:val="18"/>
              </w:rPr>
              <w:t>Cost category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82931A" w14:textId="77777777" w:rsidR="00614721" w:rsidRDefault="00000000">
            <w:pPr>
              <w:spacing w:after="0" w:line="245" w:lineRule="auto"/>
              <w:jc w:val="center"/>
            </w:pPr>
            <w:r>
              <w:rPr>
                <w:b/>
                <w:sz w:val="18"/>
              </w:rPr>
              <w:t>Estimated cost in EUR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523678" w14:textId="77777777" w:rsidR="00614721" w:rsidRDefault="00000000">
            <w:pPr>
              <w:spacing w:after="0" w:line="245" w:lineRule="auto"/>
              <w:jc w:val="center"/>
            </w:pPr>
            <w:r>
              <w:rPr>
                <w:b/>
                <w:sz w:val="18"/>
              </w:rPr>
              <w:t>Requested from this call in EUR</w:t>
            </w:r>
          </w:p>
        </w:tc>
      </w:tr>
      <w:tr w:rsidR="00614721" w14:paraId="386D7661" w14:textId="77777777">
        <w:trPr>
          <w:cantSplit/>
          <w:jc w:val="center"/>
        </w:trPr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78D992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Return travel — standard / green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3FAED3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0 0"/>
                <w:tag w:val="budget_0_0"/>
                <w:id w:val="3018"/>
                <w:text w:multiLine="1"/>
              </w:sdtPr>
              <w:sdtContent>
                <w:r w:rsidRPr="00EF620F">
                  <w:rPr>
                    <w:highlight w:val="yellow"/>
                  </w:rPr>
                  <w:t>[Amount and transport]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C22A6FF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0 1"/>
                <w:tag w:val="budget_0_1"/>
                <w:id w:val="3019"/>
                <w:text w:multiLine="1"/>
              </w:sdtPr>
              <w:sdtContent>
                <w:r w:rsidRPr="00EF620F">
                  <w:rPr>
                    <w:highlight w:val="yellow"/>
                  </w:rPr>
                  <w:t>[Amount]</w:t>
                </w:r>
              </w:sdtContent>
            </w:sdt>
          </w:p>
        </w:tc>
      </w:tr>
      <w:tr w:rsidR="00614721" w14:paraId="714DE502" w14:textId="77777777">
        <w:trPr>
          <w:cantSplit/>
          <w:jc w:val="center"/>
        </w:trPr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6336BC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Accommodation — nights × rate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37BFC9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1 0"/>
                <w:tag w:val="budget_1_0"/>
                <w:id w:val="3020"/>
                <w:text w:multiLine="1"/>
              </w:sdtPr>
              <w:sdtContent>
                <w:r w:rsidRPr="00EF620F">
                  <w:rPr>
                    <w:highlight w:val="yellow"/>
                  </w:rPr>
                  <w:t>[Calculation]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C554AB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1 1"/>
                <w:tag w:val="budget_1_1"/>
                <w:id w:val="3021"/>
                <w:text w:multiLine="1"/>
              </w:sdtPr>
              <w:sdtContent>
                <w:r w:rsidRPr="00EF620F">
                  <w:rPr>
                    <w:highlight w:val="yellow"/>
                  </w:rPr>
                  <w:t>[Amount]</w:t>
                </w:r>
              </w:sdtContent>
            </w:sdt>
          </w:p>
        </w:tc>
      </w:tr>
      <w:tr w:rsidR="00614721" w14:paraId="1AFCE28D" w14:textId="77777777">
        <w:trPr>
          <w:cantSplit/>
          <w:jc w:val="center"/>
        </w:trPr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57631B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Applicable daily allowances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81D382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2 0"/>
                <w:tag w:val="budget_2_0"/>
                <w:id w:val="3022"/>
                <w:text w:multiLine="1"/>
              </w:sdtPr>
              <w:sdtContent>
                <w:r w:rsidRPr="00EF620F">
                  <w:rPr>
                    <w:highlight w:val="yellow"/>
                  </w:rPr>
                  <w:t>[Calculation]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9BEDC2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2 1"/>
                <w:tag w:val="budget_2_1"/>
                <w:id w:val="3023"/>
                <w:text w:multiLine="1"/>
              </w:sdtPr>
              <w:sdtContent>
                <w:r w:rsidRPr="00EF620F">
                  <w:rPr>
                    <w:highlight w:val="yellow"/>
                  </w:rPr>
                  <w:t>[Amount]</w:t>
                </w:r>
              </w:sdtContent>
            </w:sdt>
          </w:p>
        </w:tc>
      </w:tr>
      <w:tr w:rsidR="00614721" w14:paraId="5D25C17C" w14:textId="77777777">
        <w:trPr>
          <w:cantSplit/>
          <w:jc w:val="center"/>
        </w:trPr>
        <w:tc>
          <w:tcPr>
            <w:tcW w:w="4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8C021A" w14:textId="77777777" w:rsidR="00614721" w:rsidRDefault="00000000">
            <w:pPr>
              <w:spacing w:after="0" w:line="245" w:lineRule="auto"/>
            </w:pPr>
            <w:r>
              <w:rPr>
                <w:sz w:val="18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399935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3 0"/>
                <w:tag w:val="budget_3_0"/>
                <w:id w:val="3024"/>
                <w:text w:multiLine="1"/>
              </w:sdtPr>
              <w:sdtContent>
                <w:r w:rsidRPr="00EF620F">
                  <w:rPr>
                    <w:highlight w:val="yellow"/>
                  </w:rPr>
                  <w:t>[Amount]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B7402D" w14:textId="77777777" w:rsidR="00614721" w:rsidRPr="00EF620F" w:rsidRDefault="00000000">
            <w:pPr>
              <w:spacing w:after="0" w:line="245" w:lineRule="auto"/>
              <w:jc w:val="center"/>
              <w:rPr>
                <w:highlight w:val="yellow"/>
              </w:rPr>
            </w:pPr>
            <w:sdt>
              <w:sdtPr>
                <w:rPr>
                  <w:highlight w:val="yellow"/>
                </w:rPr>
                <w:alias w:val="budget 3 1"/>
                <w:tag w:val="budget_3_1"/>
                <w:id w:val="3025"/>
                <w:text w:multiLine="1"/>
              </w:sdtPr>
              <w:sdtContent>
                <w:r w:rsidRPr="00EF620F">
                  <w:rPr>
                    <w:highlight w:val="yellow"/>
                  </w:rPr>
                  <w:t>[Amount]</w:t>
                </w:r>
              </w:sdtContent>
            </w:sdt>
          </w:p>
        </w:tc>
      </w:tr>
    </w:tbl>
    <w:p w14:paraId="0C7C90AF" w14:textId="77777777" w:rsidR="00614721" w:rsidRDefault="00614721">
      <w:pPr>
        <w:spacing w:after="0"/>
      </w:pPr>
    </w:p>
    <w:p w14:paraId="21C74CDD" w14:textId="77777777" w:rsidR="00614721" w:rsidRDefault="00000000">
      <w:r>
        <w:rPr>
          <w:b/>
        </w:rPr>
        <w:t xml:space="preserve">Other funding  </w:t>
      </w:r>
      <w:sdt>
        <w:sdtPr>
          <w:alias w:val="cofunding"/>
          <w:tag w:val="cofunding"/>
          <w:id w:val="3026"/>
          <w:text w:multiLine="1"/>
        </w:sdtPr>
        <w:sdtContent>
          <w:r>
            <w:t>[Source, amount and expenses covered; or none]</w:t>
          </w:r>
        </w:sdtContent>
      </w:sdt>
    </w:p>
    <w:p w14:paraId="75DC721B" w14:textId="77777777" w:rsidR="00614721" w:rsidRDefault="00000000">
      <w:pPr>
        <w:pStyle w:val="berschrift1"/>
      </w:pPr>
      <w:r>
        <w:t>5 Travel requirements and declaration</w:t>
      </w:r>
    </w:p>
    <w:p w14:paraId="25125C03" w14:textId="77777777" w:rsidR="00614721" w:rsidRDefault="00000000">
      <w:r>
        <w:rPr>
          <w:b/>
        </w:rPr>
        <w:t>The travel expense regulations of Chemnitz University of Technology (TUC) apply. A separate business travel application (Dienstreiseantrag) must also be submitted to TUC and approved before the trip. This funding application and its approval do not replace the required travel authorisation.</w:t>
      </w:r>
    </w:p>
    <w:p w14:paraId="4C60AFA3" w14:textId="77777777" w:rsidR="00614721" w:rsidRDefault="00000000">
      <w:r>
        <w:t>I confirm that the information is accurate, the visit meets the call conditions and no expense will be funded twice. I will comply with the TUC travel requirements and funding acknowledgement rules, and submit the brief report within 14 days of returning.</w:t>
      </w:r>
    </w:p>
    <w:p w14:paraId="343EE42C" w14:textId="77777777" w:rsidR="00614721" w:rsidRDefault="00000000">
      <w:pPr>
        <w:pStyle w:val="berschrift1"/>
      </w:pPr>
      <w:r>
        <w:t>6 Signatures</w:t>
      </w:r>
    </w:p>
    <w:p w14:paraId="6BC42B4C" w14:textId="77777777" w:rsidR="00614721" w:rsidRDefault="00000000">
      <w:r>
        <w:rPr>
          <w:sz w:val="18"/>
        </w:rPr>
        <w:t>The applicant confirms the declaration above. The host professor confirms the invitation and agreed activities. The responsible professor at the home institution confirms support for the visit.</w:t>
      </w:r>
    </w:p>
    <w:p w14:paraId="5FBDEF1B" w14:textId="77777777" w:rsidR="00614721" w:rsidRDefault="00000000">
      <w:pPr>
        <w:spacing w:before="140" w:after="60"/>
      </w:pPr>
      <w:r>
        <w:rPr>
          <w:b/>
        </w:rPr>
        <w:t>Applicant</w:t>
      </w:r>
    </w:p>
    <w:p w14:paraId="148AB940" w14:textId="77777777" w:rsidR="00614721" w:rsidRDefault="00000000">
      <w:pPr>
        <w:spacing w:after="200"/>
      </w:pPr>
      <w:sdt>
        <w:sdtPr>
          <w:rPr>
            <w:highlight w:val="yellow"/>
          </w:rPr>
          <w:alias w:val="applicant signature name"/>
          <w:tag w:val="applicant_signature_name"/>
          <w:id w:val="3027"/>
          <w:text w:multiLine="1"/>
        </w:sdtPr>
        <w:sdtContent>
          <w:r w:rsidRPr="00EF620F">
            <w:rPr>
              <w:highlight w:val="yellow"/>
            </w:rPr>
            <w:t>[Full name]</w:t>
          </w:r>
        </w:sdtContent>
      </w:sdt>
    </w:p>
    <w:p w14:paraId="28F188F2" w14:textId="77777777" w:rsidR="00614721" w:rsidRDefault="00000000">
      <w:pPr>
        <w:spacing w:after="240"/>
      </w:pPr>
      <w:r>
        <w:t>Date: ____________________     Signature: ____________________________________</w:t>
      </w:r>
    </w:p>
    <w:p w14:paraId="551F6456" w14:textId="77777777" w:rsidR="00614721" w:rsidRDefault="00000000">
      <w:pPr>
        <w:spacing w:before="140" w:after="60"/>
      </w:pPr>
      <w:r>
        <w:rPr>
          <w:b/>
        </w:rPr>
        <w:t>Host professor at the receiving institution</w:t>
      </w:r>
    </w:p>
    <w:p w14:paraId="30590877" w14:textId="77777777" w:rsidR="00614721" w:rsidRDefault="00000000">
      <w:pPr>
        <w:spacing w:after="200"/>
      </w:pPr>
      <w:sdt>
        <w:sdtPr>
          <w:rPr>
            <w:highlight w:val="yellow"/>
          </w:rPr>
          <w:alias w:val="host professor signature name"/>
          <w:tag w:val="host_professor_signature_name"/>
          <w:id w:val="3028"/>
          <w:text w:multiLine="1"/>
        </w:sdtPr>
        <w:sdtContent>
          <w:r w:rsidRPr="00EF620F">
            <w:rPr>
              <w:highlight w:val="yellow"/>
            </w:rPr>
            <w:t>[Full name and institution]</w:t>
          </w:r>
        </w:sdtContent>
      </w:sdt>
    </w:p>
    <w:p w14:paraId="62A6932C" w14:textId="77777777" w:rsidR="00614721" w:rsidRDefault="00000000">
      <w:pPr>
        <w:spacing w:after="240"/>
      </w:pPr>
      <w:r>
        <w:t>Date: ____________________     Signature: ____________________________________</w:t>
      </w:r>
    </w:p>
    <w:p w14:paraId="2B68E5F0" w14:textId="77777777" w:rsidR="00614721" w:rsidRDefault="00000000">
      <w:pPr>
        <w:spacing w:before="140" w:after="60"/>
      </w:pPr>
      <w:r>
        <w:rPr>
          <w:b/>
        </w:rPr>
        <w:t>Responsible professor at the home institution</w:t>
      </w:r>
    </w:p>
    <w:p w14:paraId="7249F1B0" w14:textId="77777777" w:rsidR="00614721" w:rsidRDefault="00000000">
      <w:pPr>
        <w:spacing w:after="200"/>
      </w:pPr>
      <w:sdt>
        <w:sdtPr>
          <w:rPr>
            <w:highlight w:val="yellow"/>
          </w:rPr>
          <w:alias w:val="home professor signature name"/>
          <w:tag w:val="home_professor_signature_name"/>
          <w:id w:val="3029"/>
          <w:text w:multiLine="1"/>
        </w:sdtPr>
        <w:sdtContent>
          <w:r w:rsidRPr="00EF620F">
            <w:rPr>
              <w:highlight w:val="yellow"/>
            </w:rPr>
            <w:t>[Full name and institution]</w:t>
          </w:r>
        </w:sdtContent>
      </w:sdt>
    </w:p>
    <w:p w14:paraId="19C9F469" w14:textId="77777777" w:rsidR="00614721" w:rsidRDefault="00000000">
      <w:pPr>
        <w:spacing w:after="240"/>
      </w:pPr>
      <w:r>
        <w:t>Date: ____________________     Signature: ____________________________________</w:t>
      </w:r>
    </w:p>
    <w:p w14:paraId="73B22334" w14:textId="77777777" w:rsidR="00614721" w:rsidRDefault="00000000">
      <w:r>
        <w:rPr>
          <w:sz w:val="18"/>
        </w:rPr>
        <w:t>The home institution countersignature is not required if the applicant is a professor.</w:t>
      </w:r>
      <w:r>
        <w:rPr>
          <w:sz w:val="18"/>
        </w:rPr>
        <w:br/>
        <w:t>Required attachment: invitation from the host university confirming the visit and planned cooperation.</w:t>
      </w:r>
    </w:p>
    <w:sectPr w:rsidR="00614721" w:rsidSect="00034616">
      <w:headerReference w:type="default" r:id="rId9"/>
      <w:footerReference w:type="default" r:id="rId10"/>
      <w:pgSz w:w="11906" w:h="16838"/>
      <w:pgMar w:top="1020" w:right="1020" w:bottom="1020" w:left="1020" w:header="397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E703A" w14:textId="77777777" w:rsidR="00626304" w:rsidRDefault="00626304">
      <w:pPr>
        <w:spacing w:after="0" w:line="240" w:lineRule="auto"/>
      </w:pPr>
      <w:r>
        <w:separator/>
      </w:r>
    </w:p>
  </w:endnote>
  <w:endnote w:type="continuationSeparator" w:id="0">
    <w:p w14:paraId="4A8A89CE" w14:textId="77777777" w:rsidR="00626304" w:rsidRDefault="00626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E8414" w14:textId="77777777" w:rsidR="00614721" w:rsidRDefault="00000000">
    <w:pPr>
      <w:spacing w:after="60"/>
    </w:pPr>
    <w:r>
      <w:rPr>
        <w:sz w:val="14"/>
      </w:rPr>
      <w:t>Funded by the German Academic Exchange Service (DAAD) with funds from the Federal Ministry of Research, Technology and Space (BMFTR).</w:t>
    </w:r>
  </w:p>
  <w:p w14:paraId="08EDC850" w14:textId="77777777" w:rsidR="00614721" w:rsidRDefault="00000000">
    <w:pPr>
      <w:spacing w:after="0"/>
    </w:pPr>
    <w:r>
      <w:rPr>
        <w:sz w:val="14"/>
      </w:rPr>
      <w:t xml:space="preserve">Across Mobility Call </w:t>
    </w:r>
    <w:proofErr w:type="gramStart"/>
    <w:r>
      <w:rPr>
        <w:sz w:val="14"/>
      </w:rPr>
      <w:t>2026  |</w:t>
    </w:r>
    <w:proofErr w:type="gramEnd"/>
    <w:r>
      <w:rPr>
        <w:sz w:val="14"/>
      </w:rPr>
      <w:t xml:space="preserve">  Application </w:t>
    </w:r>
    <w:proofErr w:type="gramStart"/>
    <w:r>
      <w:rPr>
        <w:sz w:val="14"/>
      </w:rPr>
      <w:t>form  |</w:t>
    </w:r>
    <w:proofErr w:type="gramEnd"/>
    <w:r>
      <w:rPr>
        <w:sz w:val="14"/>
      </w:rPr>
      <w:t xml:space="preserve">  </w:t>
    </w:r>
    <w:r>
      <w:fldChar w:fldCharType="begin"/>
    </w:r>
    <w:r>
      <w:instrText>PAGE</w:instrText>
    </w:r>
    <w:r>
      <w:fldChar w:fldCharType="separate"/>
    </w:r>
    <w:r w:rsidR="00EF620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75D9BB" w14:textId="77777777" w:rsidR="00626304" w:rsidRDefault="00626304">
      <w:pPr>
        <w:spacing w:after="0" w:line="240" w:lineRule="auto"/>
      </w:pPr>
      <w:r>
        <w:separator/>
      </w:r>
    </w:p>
  </w:footnote>
  <w:footnote w:type="continuationSeparator" w:id="0">
    <w:p w14:paraId="41ABE3AC" w14:textId="77777777" w:rsidR="00626304" w:rsidRDefault="00626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6D9555" w14:textId="77777777" w:rsidR="00614721" w:rsidRDefault="00000000">
    <w:pPr>
      <w:pStyle w:val="Kopfzeile"/>
      <w:tabs>
        <w:tab w:val="left" w:pos="6690"/>
      </w:tabs>
    </w:pPr>
    <w:r>
      <w:rPr>
        <w:sz w:val="16"/>
      </w:rPr>
      <w:t xml:space="preserve">CHEMNITZ UNIVERSITY OF </w:t>
    </w:r>
    <w:proofErr w:type="gramStart"/>
    <w:r>
      <w:rPr>
        <w:sz w:val="16"/>
      </w:rPr>
      <w:t>TECHNOLOGY  |</w:t>
    </w:r>
    <w:proofErr w:type="gramEnd"/>
    <w:r>
      <w:rPr>
        <w:sz w:val="16"/>
      </w:rPr>
      <w:t xml:space="preserve">  International </w:t>
    </w:r>
    <w:proofErr w:type="gramStart"/>
    <w:r>
      <w:rPr>
        <w:sz w:val="16"/>
      </w:rPr>
      <w:t>Office  |</w:t>
    </w:r>
    <w:proofErr w:type="gramEnd"/>
    <w:r>
      <w:rPr>
        <w:sz w:val="16"/>
      </w:rPr>
      <w:t xml:space="preserve">  Across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9795705">
    <w:abstractNumId w:val="8"/>
  </w:num>
  <w:num w:numId="2" w16cid:durableId="675693999">
    <w:abstractNumId w:val="6"/>
  </w:num>
  <w:num w:numId="3" w16cid:durableId="347407646">
    <w:abstractNumId w:val="5"/>
  </w:num>
  <w:num w:numId="4" w16cid:durableId="6762305">
    <w:abstractNumId w:val="4"/>
  </w:num>
  <w:num w:numId="5" w16cid:durableId="2109157060">
    <w:abstractNumId w:val="7"/>
  </w:num>
  <w:num w:numId="6" w16cid:durableId="1202009962">
    <w:abstractNumId w:val="3"/>
  </w:num>
  <w:num w:numId="7" w16cid:durableId="2135295266">
    <w:abstractNumId w:val="2"/>
  </w:num>
  <w:num w:numId="8" w16cid:durableId="820318330">
    <w:abstractNumId w:val="1"/>
  </w:num>
  <w:num w:numId="9" w16cid:durableId="20293273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4721"/>
    <w:rsid w:val="00626304"/>
    <w:rsid w:val="00AA1D8D"/>
    <w:rsid w:val="00B47730"/>
    <w:rsid w:val="00CB0664"/>
    <w:rsid w:val="00EE4E7D"/>
    <w:rsid w:val="00EF62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8F600"/>
  <w14:defaultImageDpi w14:val="300"/>
  <w15:docId w15:val="{B34B88DB-6B12-1C41-A414-B5597BB0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EF620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6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c.cloud/index.php/s/gGKdL4p2aazeN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Across Mobility Call 2026 — Application form</dc:title>
  <dc:subject>Research and teaching mobility within Across</dc:subject>
  <dc:creator>Across Team Chemnitz</dc:creator>
  <cp:keywords/>
  <dc:description>generated by python-docx</dc:description>
  <cp:lastModifiedBy>Benny Liebold (TUC)</cp:lastModifiedBy>
  <cp:revision>2</cp:revision>
  <dcterms:created xsi:type="dcterms:W3CDTF">2013-12-23T23:15:00Z</dcterms:created>
  <dcterms:modified xsi:type="dcterms:W3CDTF">2026-09-23T20:01:00Z</dcterms:modified>
  <cp:category/>
</cp:coreProperties>
</file>