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D46A5A" w14:textId="77777777" w:rsidR="00DA4471" w:rsidRDefault="00000000">
      <w:pPr>
        <w:pStyle w:val="Titel"/>
      </w:pPr>
      <w:r>
        <w:t>Across Microcredential Application 2026</w:t>
      </w:r>
    </w:p>
    <w:p w14:paraId="6F00C1C1" w14:textId="77777777" w:rsidR="00DA4471" w:rsidRDefault="00000000">
      <w:r>
        <w:rPr>
          <w:sz w:val="18"/>
        </w:rPr>
        <w:t xml:space="preserve">Complete in German or English and keep to two pages. Submit the signed form, including the required endorsement, by 31 October 2026 via </w:t>
      </w:r>
      <w:hyperlink r:id="rId8">
        <w:r>
          <w:rPr>
            <w:color w:val="1554A4"/>
            <w:sz w:val="16"/>
          </w:rPr>
          <w:t>TUCcloud</w:t>
        </w:r>
      </w:hyperlink>
      <w:r>
        <w:rPr>
          <w:sz w:val="18"/>
        </w:rPr>
        <w:t>.</w:t>
      </w:r>
    </w:p>
    <w:p w14:paraId="0B15F8C3" w14:textId="77777777" w:rsidR="00DA4471" w:rsidRDefault="00000000">
      <w:pPr>
        <w:pStyle w:val="berschrift1"/>
      </w:pPr>
      <w:r>
        <w:t>1 Applicant and course</w:t>
      </w:r>
    </w:p>
    <w:p w14:paraId="64F4F6AD" w14:textId="77777777" w:rsidR="00DA4471" w:rsidRDefault="00000000">
      <w:r>
        <w:rPr>
          <w:b/>
        </w:rPr>
        <w:t xml:space="preserve">Applicant  </w:t>
      </w:r>
      <w:sdt>
        <w:sdtPr>
          <w:alias w:val="applicant"/>
          <w:tag w:val="applicant"/>
          <w:id w:val="3001"/>
          <w:text w:multiLine="1"/>
        </w:sdtPr>
        <w:sdtContent>
          <w:r>
            <w:t>[Full name and position]</w:t>
          </w:r>
        </w:sdtContent>
      </w:sdt>
    </w:p>
    <w:p w14:paraId="5529E84A" w14:textId="33865AD5" w:rsidR="00825F79" w:rsidRDefault="00825F79">
      <w:pPr>
        <w:rPr>
          <w:b/>
        </w:rPr>
      </w:pPr>
      <w:r>
        <w:rPr>
          <w:b/>
        </w:rPr>
        <w:t xml:space="preserve">Email </w:t>
      </w:r>
      <w:sdt>
        <w:sdtPr>
          <w:alias w:val="unit email"/>
          <w:tag w:val="unit_email"/>
          <w:id w:val="-1792895856"/>
          <w:text w:multiLine="1"/>
        </w:sdtPr>
        <w:sdtContent>
          <w:r>
            <w:t>[</w:t>
          </w:r>
          <w:r>
            <w:t>institutional email</w:t>
          </w:r>
          <w:r>
            <w:t>]</w:t>
          </w:r>
        </w:sdtContent>
      </w:sdt>
    </w:p>
    <w:p w14:paraId="24A840A3" w14:textId="40E0B998" w:rsidR="00DA4471" w:rsidRDefault="00000000">
      <w:r>
        <w:rPr>
          <w:b/>
        </w:rPr>
        <w:t xml:space="preserve">TUC unit </w:t>
      </w:r>
      <w:sdt>
        <w:sdtPr>
          <w:alias w:val="unit email"/>
          <w:tag w:val="unit_email"/>
          <w:id w:val="3002"/>
          <w:text w:multiLine="1"/>
        </w:sdtPr>
        <w:sdtContent>
          <w:r>
            <w:t>[Responsible unit]</w:t>
          </w:r>
        </w:sdtContent>
      </w:sdt>
    </w:p>
    <w:p w14:paraId="65C4755E" w14:textId="77777777" w:rsidR="00DA4471" w:rsidRDefault="00000000">
      <w:r>
        <w:rPr>
          <w:b/>
        </w:rPr>
        <w:t xml:space="preserve">Course title  </w:t>
      </w:r>
      <w:sdt>
        <w:sdtPr>
          <w:alias w:val="course"/>
          <w:tag w:val="course"/>
          <w:id w:val="3003"/>
          <w:text w:multiLine="1"/>
        </w:sdtPr>
        <w:sdtContent>
          <w:r>
            <w:t>[Title of the proposed microcredential]</w:t>
          </w:r>
        </w:sdtContent>
      </w:sdt>
    </w:p>
    <w:p w14:paraId="3CD79447" w14:textId="77777777" w:rsidR="00DA4471" w:rsidRDefault="00000000">
      <w:sdt>
        <w:sdtPr>
          <w:alias w:val="Existing course"/>
          <w:tag w:val="existing"/>
          <w:id w:val="3004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hAnsi="Arial Unicode MS"/>
            </w:rPr>
            <w:t>☐</w:t>
          </w:r>
        </w:sdtContent>
      </w:sdt>
      <w:r>
        <w:t xml:space="preserve"> Existing course    </w:t>
      </w:r>
      <w:sdt>
        <w:sdtPr>
          <w:alias w:val="New fully digital and asynchronous course"/>
          <w:tag w:val="new"/>
          <w:id w:val="3005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hAnsi="Arial Unicode MS"/>
            </w:rPr>
            <w:t>☐</w:t>
          </w:r>
        </w:sdtContent>
      </w:sdt>
      <w:r>
        <w:t xml:space="preserve"> New fully digital and asynchronous course</w:t>
      </w:r>
    </w:p>
    <w:p w14:paraId="35604EAC" w14:textId="2C35B41D" w:rsidR="00DA4471" w:rsidRDefault="00000000">
      <w:r>
        <w:rPr>
          <w:b/>
        </w:rPr>
        <w:t xml:space="preserve">Degree programme and module  </w:t>
      </w:r>
      <w:sdt>
        <w:sdtPr>
          <w:alias w:val="curriculum"/>
          <w:tag w:val="curriculum"/>
          <w:id w:val="3006"/>
          <w:text w:multiLine="1"/>
        </w:sdtPr>
        <w:sdtContent>
          <w:r>
            <w:t>[Programme; module title/code, or not applicable for a new course</w:t>
          </w:r>
          <w:r w:rsidR="006A3A26">
            <w:t xml:space="preserve"> in 60 words max.</w:t>
          </w:r>
          <w:r>
            <w:t>]</w:t>
          </w:r>
        </w:sdtContent>
      </w:sdt>
    </w:p>
    <w:p w14:paraId="5C6DB7E8" w14:textId="3F13D115" w:rsidR="006A3A26" w:rsidRPr="006A3A26" w:rsidRDefault="006A3A26">
      <w:r>
        <w:rPr>
          <w:b/>
        </w:rPr>
        <w:t xml:space="preserve">Course description </w:t>
      </w:r>
      <w:sdt>
        <w:sdtPr>
          <w:alias w:val="curriculum"/>
          <w:tag w:val="curriculum"/>
          <w:id w:val="570084529"/>
          <w:text w:multiLine="1"/>
        </w:sdtPr>
        <w:sdtContent>
          <w:r>
            <w:t>[</w:t>
          </w:r>
          <w:r>
            <w:t>briefly describe your course</w:t>
          </w:r>
          <w:r>
            <w:t>]</w:t>
          </w:r>
        </w:sdtContent>
      </w:sdt>
    </w:p>
    <w:p w14:paraId="4AB6DF05" w14:textId="736DF570" w:rsidR="00DA4471" w:rsidRDefault="00000000">
      <w:r>
        <w:rPr>
          <w:b/>
        </w:rPr>
        <w:t xml:space="preserve">Target group and prerequisites  </w:t>
      </w:r>
      <w:sdt>
        <w:sdtPr>
          <w:alias w:val="target"/>
          <w:tag w:val="target"/>
          <w:id w:val="3007"/>
          <w:text w:multiLine="1"/>
        </w:sdtPr>
        <w:sdtContent>
          <w:r>
            <w:t>[Intended Across learners; entry requirements]</w:t>
          </w:r>
        </w:sdtContent>
      </w:sdt>
    </w:p>
    <w:p w14:paraId="6496A80B" w14:textId="77777777" w:rsidR="00DA4471" w:rsidRDefault="00000000">
      <w:r>
        <w:rPr>
          <w:b/>
        </w:rPr>
        <w:t xml:space="preserve">Partners  </w:t>
      </w:r>
      <w:sdt>
        <w:sdtPr>
          <w:alias w:val="partners"/>
          <w:tag w:val="partners"/>
          <w:id w:val="3008"/>
          <w:text w:multiLine="1"/>
        </w:sdtPr>
        <w:sdtContent>
          <w:r>
            <w:t>[Names and institutions, or none]</w:t>
          </w:r>
        </w:sdtContent>
      </w:sdt>
    </w:p>
    <w:p w14:paraId="02B9970D" w14:textId="4DEF2C97" w:rsidR="00DA4471" w:rsidRDefault="00000000">
      <w:r>
        <w:rPr>
          <w:b/>
        </w:rPr>
        <w:t xml:space="preserve">ECTS </w:t>
      </w:r>
      <w:sdt>
        <w:sdtPr>
          <w:alias w:val="workload"/>
          <w:tag w:val="workload"/>
          <w:id w:val="3009"/>
          <w:text w:multiLine="1"/>
        </w:sdtPr>
        <w:sdtContent>
          <w:r>
            <w:t xml:space="preserve">[ECTS credits; </w:t>
          </w:r>
          <w:r w:rsidR="00825F79">
            <w:t>equivalent to 30 work hours each</w:t>
          </w:r>
          <w:r>
            <w:t>]</w:t>
          </w:r>
        </w:sdtContent>
      </w:sdt>
    </w:p>
    <w:p w14:paraId="24E4742A" w14:textId="77777777" w:rsidR="00DA4471" w:rsidRDefault="00000000">
      <w:pPr>
        <w:pStyle w:val="berschrift1"/>
      </w:pPr>
      <w:r>
        <w:t>2 Course concept</w:t>
      </w:r>
    </w:p>
    <w:p w14:paraId="6B4929B4" w14:textId="77777777" w:rsidR="00DA4471" w:rsidRDefault="00000000">
      <w:pPr>
        <w:spacing w:after="40"/>
      </w:pPr>
      <w:r>
        <w:rPr>
          <w:b/>
        </w:rPr>
        <w:t>1  What is the starting point and what will change?  ·  Maximum 60 words</w:t>
      </w:r>
    </w:p>
    <w:p w14:paraId="70D1C2F1" w14:textId="77777777" w:rsidR="00DA4471" w:rsidRDefault="00000000">
      <w:pPr>
        <w:spacing w:after="40"/>
      </w:pPr>
      <w:r>
        <w:rPr>
          <w:sz w:val="18"/>
        </w:rPr>
        <w:t>State the current teaching language, digital materials or OPAL course available, and adaptations needed to open the course to Across learners. For a new course, outline the development required.</w:t>
      </w:r>
    </w:p>
    <w:p w14:paraId="3A308E9D" w14:textId="77777777" w:rsidR="00DA4471" w:rsidRDefault="00000000">
      <w:pPr>
        <w:spacing w:after="140"/>
      </w:pPr>
      <w:sdt>
        <w:sdtPr>
          <w:alias w:val="starting"/>
          <w:tag w:val="starting"/>
          <w:id w:val="3010"/>
          <w:text w:multiLine="1"/>
        </w:sdtPr>
        <w:sdtContent>
          <w:r>
            <w:t>[Enter your response]</w:t>
          </w:r>
        </w:sdtContent>
      </w:sdt>
    </w:p>
    <w:p w14:paraId="73DBE8A3" w14:textId="77777777" w:rsidR="00DA4471" w:rsidRDefault="00000000">
      <w:pPr>
        <w:spacing w:after="40"/>
      </w:pPr>
      <w:r>
        <w:rPr>
          <w:b/>
        </w:rPr>
        <w:t>2  What will participants learn and how?  ·  Maximum 90 words</w:t>
      </w:r>
    </w:p>
    <w:p w14:paraId="5678999E" w14:textId="77777777" w:rsidR="00DA4471" w:rsidRDefault="00000000">
      <w:pPr>
        <w:spacing w:after="40"/>
      </w:pPr>
      <w:r>
        <w:rPr>
          <w:sz w:val="18"/>
        </w:rPr>
        <w:t>Outline content, learning outcomes, asynchronous activities in OPAL and assessment accessible to external learners. Address accessibility and any live elements: purpose, timing and whether attendance is compulsory. New courses must be fully digital and asynchronous, including assessment.</w:t>
      </w:r>
    </w:p>
    <w:p w14:paraId="6BAA2B85" w14:textId="77777777" w:rsidR="00DA4471" w:rsidRDefault="00000000">
      <w:pPr>
        <w:spacing w:after="140"/>
      </w:pPr>
      <w:sdt>
        <w:sdtPr>
          <w:alias w:val="learning"/>
          <w:tag w:val="learning"/>
          <w:id w:val="3011"/>
          <w:text w:multiLine="1"/>
        </w:sdtPr>
        <w:sdtContent>
          <w:r>
            <w:t>[Enter your response]</w:t>
          </w:r>
        </w:sdtContent>
      </w:sdt>
    </w:p>
    <w:p w14:paraId="7A548772" w14:textId="77777777" w:rsidR="00DA4471" w:rsidRDefault="00000000">
      <w:pPr>
        <w:spacing w:after="40"/>
      </w:pPr>
      <w:r>
        <w:rPr>
          <w:b/>
        </w:rPr>
        <w:t>3  How will the course remain available?  ·  Maximum 50 words</w:t>
      </w:r>
    </w:p>
    <w:p w14:paraId="17DD2377" w14:textId="77777777" w:rsidR="00DA4471" w:rsidRDefault="00000000">
      <w:pPr>
        <w:spacing w:after="40"/>
      </w:pPr>
      <w:r>
        <w:rPr>
          <w:sz w:val="18"/>
        </w:rPr>
        <w:t>Explain responsibilities for learner support, assessment, maintenance and repeated delivery within Across.</w:t>
      </w:r>
    </w:p>
    <w:p w14:paraId="19A65A3C" w14:textId="77777777" w:rsidR="00DA4471" w:rsidRDefault="00000000">
      <w:pPr>
        <w:spacing w:after="140"/>
      </w:pPr>
      <w:sdt>
        <w:sdtPr>
          <w:alias w:val="sustainability"/>
          <w:tag w:val="sustainability"/>
          <w:id w:val="3012"/>
          <w:text w:multiLine="1"/>
        </w:sdtPr>
        <w:sdtContent>
          <w:r>
            <w:t>[Enter your response]</w:t>
          </w:r>
        </w:sdtContent>
      </w:sdt>
    </w:p>
    <w:p w14:paraId="1DE066A6" w14:textId="77777777" w:rsidR="00DA4471" w:rsidRDefault="00000000">
      <w:r>
        <w:br w:type="page"/>
      </w:r>
    </w:p>
    <w:p w14:paraId="44CEA048" w14:textId="77777777" w:rsidR="00DA4471" w:rsidRDefault="00000000">
      <w:pPr>
        <w:pStyle w:val="berschrift1"/>
      </w:pPr>
      <w:r>
        <w:lastRenderedPageBreak/>
        <w:t>3 Implementation and use of funds</w:t>
      </w:r>
    </w:p>
    <w:p w14:paraId="45E7C9EA" w14:textId="77777777" w:rsidR="00DA4471" w:rsidRDefault="00000000">
      <w:r>
        <w:rPr>
          <w:b/>
          <w:sz w:val="18"/>
        </w:rPr>
        <w:t>Funding per course: EUR 2,400. All funds must be spent by 31 December 2026. Equipment and infrastructure purchases are not eligible.</w:t>
      </w:r>
    </w:p>
    <w:p w14:paraId="6839F517" w14:textId="77777777" w:rsidR="00DA4471" w:rsidRDefault="00000000">
      <w:r>
        <w:rPr>
          <w:b/>
        </w:rPr>
        <w:t xml:space="preserve">Implementation plan  </w:t>
      </w:r>
      <w:sdt>
        <w:sdtPr>
          <w:alias w:val="plan"/>
          <w:tag w:val="plan"/>
          <w:id w:val="3013"/>
          <w:text w:multiLine="1"/>
        </w:sdtPr>
        <w:sdtContent>
          <w:r>
            <w:t>[Key tasks, responsible persons and milestones; maximum 50 words]</w:t>
          </w:r>
        </w:sdtContent>
      </w:sdt>
    </w:p>
    <w:p w14:paraId="127C6074" w14:textId="77777777" w:rsidR="00DA4471" w:rsidRDefault="00000000">
      <w:r>
        <w:rPr>
          <w:b/>
        </w:rPr>
        <w:t xml:space="preserve">First Across delivery  </w:t>
      </w:r>
      <w:sdt>
        <w:sdtPr>
          <w:alias w:val="delivery"/>
          <w:tag w:val="delivery"/>
          <w:id w:val="3014"/>
          <w:text w:multiLine="1"/>
        </w:sdtPr>
        <w:sdtContent>
          <w:r>
            <w:t>[Month/semester; no later than summer semester 2027]</w:t>
          </w:r>
        </w:sdtContent>
      </w:sdt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5216"/>
        <w:gridCol w:w="1814"/>
      </w:tblGrid>
      <w:tr w:rsidR="00DA4471" w14:paraId="5196A859" w14:textId="77777777">
        <w:trPr>
          <w:cantSplit/>
          <w:tblHeader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0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8D0799" w14:textId="77777777" w:rsidR="00DA4471" w:rsidRDefault="00000000">
            <w:pPr>
              <w:spacing w:after="0" w:line="245" w:lineRule="auto"/>
            </w:pPr>
            <w:r>
              <w:rPr>
                <w:b/>
                <w:sz w:val="18"/>
              </w:rPr>
              <w:t>Cost category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0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696108" w14:textId="77777777" w:rsidR="00DA4471" w:rsidRDefault="00000000">
            <w:pPr>
              <w:spacing w:after="0" w:line="245" w:lineRule="auto"/>
              <w:jc w:val="center"/>
            </w:pPr>
            <w:r>
              <w:rPr>
                <w:b/>
                <w:sz w:val="18"/>
              </w:rPr>
              <w:t>Purpose and calculation</w:t>
            </w: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0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BC51B1" w14:textId="77777777" w:rsidR="00DA4471" w:rsidRDefault="00000000">
            <w:pPr>
              <w:spacing w:after="0" w:line="245" w:lineRule="auto"/>
              <w:jc w:val="center"/>
            </w:pPr>
            <w:r>
              <w:rPr>
                <w:b/>
                <w:sz w:val="18"/>
              </w:rPr>
              <w:t>Amount in EUR</w:t>
            </w:r>
          </w:p>
        </w:tc>
      </w:tr>
      <w:tr w:rsidR="00DA4471" w14:paraId="48FE32FC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BC54F40" w14:textId="77777777" w:rsidR="00DA4471" w:rsidRDefault="00000000">
            <w:pPr>
              <w:spacing w:after="0" w:line="245" w:lineRule="auto"/>
            </w:pPr>
            <w:r>
              <w:rPr>
                <w:sz w:val="18"/>
              </w:rPr>
              <w:t>Staff costs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7E19D2" w14:textId="77777777" w:rsidR="00DA4471" w:rsidRDefault="00000000">
            <w:pPr>
              <w:spacing w:after="0" w:line="245" w:lineRule="auto"/>
              <w:jc w:val="center"/>
            </w:pPr>
            <w:sdt>
              <w:sdtPr>
                <w:alias w:val="budget 0 0"/>
                <w:tag w:val="budget_0_0"/>
                <w:id w:val="3015"/>
                <w:text w:multiLine="1"/>
              </w:sdtPr>
              <w:sdtContent>
                <w:r>
                  <w:t>[Task; working time × rate]</w:t>
                </w:r>
              </w:sdtContent>
            </w:sdt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B189BF" w14:textId="77777777" w:rsidR="00DA4471" w:rsidRDefault="00000000">
            <w:pPr>
              <w:spacing w:after="0" w:line="245" w:lineRule="auto"/>
              <w:jc w:val="center"/>
            </w:pPr>
            <w:sdt>
              <w:sdtPr>
                <w:alias w:val="budget 0 1"/>
                <w:tag w:val="budget_0_1"/>
                <w:id w:val="3016"/>
                <w:text w:multiLine="1"/>
              </w:sdtPr>
              <w:sdtContent>
                <w:r>
                  <w:t>[Amount]</w:t>
                </w:r>
              </w:sdtContent>
            </w:sdt>
          </w:p>
        </w:tc>
      </w:tr>
      <w:tr w:rsidR="00DA4471" w14:paraId="74F040B2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F6DC24" w14:textId="77777777" w:rsidR="00DA4471" w:rsidRDefault="00000000">
            <w:pPr>
              <w:spacing w:after="0" w:line="245" w:lineRule="auto"/>
            </w:pPr>
            <w:r>
              <w:rPr>
                <w:sz w:val="18"/>
              </w:rPr>
              <w:t>Student or research assistants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682ED0" w14:textId="77777777" w:rsidR="00DA4471" w:rsidRDefault="00000000">
            <w:pPr>
              <w:spacing w:after="0" w:line="245" w:lineRule="auto"/>
              <w:jc w:val="center"/>
            </w:pPr>
            <w:sdt>
              <w:sdtPr>
                <w:alias w:val="budget 1 0"/>
                <w:tag w:val="budget_1_0"/>
                <w:id w:val="3017"/>
                <w:text w:multiLine="1"/>
              </w:sdtPr>
              <w:sdtContent>
                <w:r>
                  <w:t>[Task; hours × rate]</w:t>
                </w:r>
              </w:sdtContent>
            </w:sdt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D8C451" w14:textId="77777777" w:rsidR="00DA4471" w:rsidRDefault="00000000">
            <w:pPr>
              <w:spacing w:after="0" w:line="245" w:lineRule="auto"/>
              <w:jc w:val="center"/>
            </w:pPr>
            <w:sdt>
              <w:sdtPr>
                <w:alias w:val="budget 1 1"/>
                <w:tag w:val="budget_1_1"/>
                <w:id w:val="3018"/>
                <w:text w:multiLine="1"/>
              </w:sdtPr>
              <w:sdtContent>
                <w:r>
                  <w:t>[Amount]</w:t>
                </w:r>
              </w:sdtContent>
            </w:sdt>
          </w:p>
        </w:tc>
      </w:tr>
      <w:tr w:rsidR="00DA4471" w14:paraId="2DBEEB52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EEF4CF" w14:textId="77777777" w:rsidR="00DA4471" w:rsidRDefault="00000000">
            <w:pPr>
              <w:spacing w:after="0" w:line="245" w:lineRule="auto"/>
            </w:pPr>
            <w:r>
              <w:rPr>
                <w:sz w:val="18"/>
              </w:rPr>
              <w:t>Travel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3284B0" w14:textId="77777777" w:rsidR="00DA4471" w:rsidRDefault="00000000">
            <w:pPr>
              <w:spacing w:after="0" w:line="245" w:lineRule="auto"/>
              <w:jc w:val="center"/>
            </w:pPr>
            <w:sdt>
              <w:sdtPr>
                <w:alias w:val="budget 2 0"/>
                <w:tag w:val="budget_2_0"/>
                <w:id w:val="3019"/>
                <w:text w:multiLine="1"/>
              </w:sdtPr>
              <w:sdtContent>
                <w:r>
                  <w:t>[Purpose; destination; estimate]</w:t>
                </w:r>
              </w:sdtContent>
            </w:sdt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192576" w14:textId="77777777" w:rsidR="00DA4471" w:rsidRDefault="00000000">
            <w:pPr>
              <w:spacing w:after="0" w:line="245" w:lineRule="auto"/>
              <w:jc w:val="center"/>
            </w:pPr>
            <w:sdt>
              <w:sdtPr>
                <w:alias w:val="budget 2 1"/>
                <w:tag w:val="budget_2_1"/>
                <w:id w:val="3020"/>
                <w:text w:multiLine="1"/>
              </w:sdtPr>
              <w:sdtContent>
                <w:r>
                  <w:t>[Amount]</w:t>
                </w:r>
              </w:sdtContent>
            </w:sdt>
          </w:p>
        </w:tc>
      </w:tr>
      <w:tr w:rsidR="00DA4471" w14:paraId="6034779E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567F42" w14:textId="77777777" w:rsidR="00DA4471" w:rsidRDefault="00000000">
            <w:pPr>
              <w:spacing w:after="0" w:line="245" w:lineRule="auto"/>
            </w:pPr>
            <w:r>
              <w:rPr>
                <w:sz w:val="18"/>
              </w:rPr>
              <w:t>Total allocation</w:t>
            </w:r>
          </w:p>
        </w:tc>
        <w:tc>
          <w:tcPr>
            <w:tcW w:w="52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15CD1FA" w14:textId="77777777" w:rsidR="00DA4471" w:rsidRDefault="00DA4471">
            <w:pPr>
              <w:spacing w:after="0" w:line="245" w:lineRule="auto"/>
              <w:jc w:val="center"/>
            </w:pPr>
          </w:p>
        </w:tc>
        <w:tc>
          <w:tcPr>
            <w:tcW w:w="18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F05D34" w14:textId="77777777" w:rsidR="00DA4471" w:rsidRDefault="00000000">
            <w:pPr>
              <w:spacing w:after="0" w:line="245" w:lineRule="auto"/>
              <w:jc w:val="center"/>
            </w:pPr>
            <w:r>
              <w:rPr>
                <w:sz w:val="18"/>
              </w:rPr>
              <w:t>2,400</w:t>
            </w:r>
          </w:p>
        </w:tc>
      </w:tr>
    </w:tbl>
    <w:p w14:paraId="57DDDF89" w14:textId="77777777" w:rsidR="00DA4471" w:rsidRDefault="00DA4471">
      <w:pPr>
        <w:spacing w:after="0" w:line="100" w:lineRule="exact"/>
      </w:pPr>
    </w:p>
    <w:p w14:paraId="75D55D43" w14:textId="77777777" w:rsidR="00DA4471" w:rsidRDefault="00000000">
      <w:r>
        <w:rPr>
          <w:b/>
        </w:rPr>
        <w:t xml:space="preserve">Other funding  </w:t>
      </w:r>
      <w:sdt>
        <w:sdtPr>
          <w:alias w:val="other"/>
          <w:tag w:val="other"/>
          <w:id w:val="3021"/>
          <w:text w:multiLine="1"/>
        </w:sdtPr>
        <w:sdtContent>
          <w:r>
            <w:t>[Source, amount and distinct costs covered, or none]</w:t>
          </w:r>
        </w:sdtContent>
      </w:sdt>
    </w:p>
    <w:p w14:paraId="1567D305" w14:textId="77777777" w:rsidR="00DA4471" w:rsidRDefault="00000000">
      <w:pPr>
        <w:pStyle w:val="berschrift1"/>
      </w:pPr>
      <w:r>
        <w:t>4 Declaration and endorsement</w:t>
      </w:r>
    </w:p>
    <w:p w14:paraId="4B172E13" w14:textId="77777777" w:rsidR="00DA4471" w:rsidRDefault="00000000">
      <w:r>
        <w:t>I confirm that the information is accurate and that the proposed course meets the call requirements. The course will be available in English through OPAL, with assessment accessible to external participants. I will ensure the necessary rights to use and share learning materials and avoid double funding.</w:t>
      </w:r>
    </w:p>
    <w:p w14:paraId="534F5EC6" w14:textId="217A5C16" w:rsidR="00DA4471" w:rsidRDefault="00000000">
      <w:r>
        <w:t xml:space="preserve">I will use the funds by 31 December 2026 and open the course to Across learners by summer semester 2027. I will coordinate access and certification with the Across Team, provide the information for listing in TUCacademy and the Across </w:t>
      </w:r>
      <w:r w:rsidR="00AC7927">
        <w:t>e</w:t>
      </w:r>
      <w:r>
        <w:t>Campus, submit a brief completion report and arrange evaluation by the first participants. Applicable funding acknowledgements and logos will be included in public materials.</w:t>
      </w:r>
    </w:p>
    <w:p w14:paraId="26F3C3E6" w14:textId="77777777" w:rsidR="00DA4471" w:rsidRDefault="00000000">
      <w:r>
        <w:rPr>
          <w:b/>
        </w:rPr>
        <w:t>Applicant</w:t>
      </w:r>
    </w:p>
    <w:p w14:paraId="70AF0C98" w14:textId="77777777" w:rsidR="00DA4471" w:rsidRDefault="00000000">
      <w:pPr>
        <w:spacing w:after="300"/>
      </w:pPr>
      <w:r>
        <w:t>Date: ____________________     Signature: ____________________________________</w:t>
      </w:r>
    </w:p>
    <w:p w14:paraId="06830C59" w14:textId="77777777" w:rsidR="00DA4471" w:rsidRDefault="00000000">
      <w:r>
        <w:rPr>
          <w:b/>
        </w:rPr>
        <w:t>Responsible professor or head of unit</w:t>
      </w:r>
    </w:p>
    <w:p w14:paraId="6C7D5FD0" w14:textId="77777777" w:rsidR="00DA4471" w:rsidRDefault="00000000">
      <w:r>
        <w:rPr>
          <w:sz w:val="18"/>
        </w:rPr>
        <w:t>I endorse this application and confirm the unit’s support for implementation and continued provision of the course.</w:t>
      </w:r>
    </w:p>
    <w:p w14:paraId="20D19238" w14:textId="77777777" w:rsidR="00DA4471" w:rsidRDefault="00000000">
      <w:r>
        <w:rPr>
          <w:b/>
        </w:rPr>
        <w:t xml:space="preserve">Name and role  </w:t>
      </w:r>
      <w:sdt>
        <w:sdtPr>
          <w:alias w:val="endorser"/>
          <w:tag w:val="endorser"/>
          <w:id w:val="3022"/>
          <w:text w:multiLine="1"/>
        </w:sdtPr>
        <w:sdtContent>
          <w:r>
            <w:t>[Full name and role]</w:t>
          </w:r>
        </w:sdtContent>
      </w:sdt>
    </w:p>
    <w:p w14:paraId="22E33826" w14:textId="77777777" w:rsidR="00DA4471" w:rsidRDefault="00000000">
      <w:pPr>
        <w:spacing w:after="160"/>
      </w:pPr>
      <w:r>
        <w:t>Date: ____________________     Signature: ____________________________________</w:t>
      </w:r>
    </w:p>
    <w:p w14:paraId="01EDE06D" w14:textId="77777777" w:rsidR="00DA4471" w:rsidRDefault="00000000">
      <w:sdt>
        <w:sdtPr>
          <w:alias w:val="The applicant heads the responsible unit; no separate endorsement is required."/>
          <w:tag w:val="unit_head"/>
          <w:id w:val="3023"/>
          <w14:checkbox>
            <w14:checked w14:val="0"/>
            <w14:checkedState w14:val="2612" w14:font="Arial Unicode MS"/>
            <w14:uncheckedState w14:val="2610" w14:font="Arial Unicode MS"/>
          </w14:checkbox>
        </w:sdtPr>
        <w:sdtContent>
          <w:r>
            <w:rPr>
              <w:rFonts w:ascii="Arial Unicode MS" w:hAnsi="Arial Unicode MS"/>
            </w:rPr>
            <w:t>☐</w:t>
          </w:r>
        </w:sdtContent>
      </w:sdt>
      <w:r>
        <w:t xml:space="preserve"> The applicant heads the responsible unit; no separate endorsement is required.</w:t>
      </w:r>
    </w:p>
    <w:p w14:paraId="1DC7682D" w14:textId="77777777" w:rsidR="00DA4471" w:rsidRDefault="00000000">
      <w:r>
        <w:rPr>
          <w:sz w:val="18"/>
        </w:rPr>
        <w:t>The endorsement above may be replaced by an attached signed statement of consent.</w:t>
      </w:r>
    </w:p>
    <w:sectPr w:rsidR="00DA4471" w:rsidSect="00034616">
      <w:footerReference w:type="default" r:id="rId9"/>
      <w:pgSz w:w="11906" w:h="16838"/>
      <w:pgMar w:top="1020" w:right="1020" w:bottom="1020" w:left="1020" w:header="397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AA5358" w14:textId="77777777" w:rsidR="00FF4A87" w:rsidRDefault="00FF4A87">
      <w:pPr>
        <w:spacing w:after="0" w:line="240" w:lineRule="auto"/>
      </w:pPr>
      <w:r>
        <w:separator/>
      </w:r>
    </w:p>
  </w:endnote>
  <w:endnote w:type="continuationSeparator" w:id="0">
    <w:p w14:paraId="683C11EF" w14:textId="77777777" w:rsidR="00FF4A87" w:rsidRDefault="00FF4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44CC9" w14:textId="77777777" w:rsidR="00DA4471" w:rsidRDefault="00000000">
    <w:pPr>
      <w:spacing w:after="60"/>
    </w:pPr>
    <w:r>
      <w:rPr>
        <w:sz w:val="14"/>
      </w:rPr>
      <w:t>Funded by the German Academic Exchange Service (DAAD) with funds from the Federal Ministry of Research, Technology and Space (BMFTR).</w:t>
    </w:r>
  </w:p>
  <w:p w14:paraId="29629EAD" w14:textId="77777777" w:rsidR="00DA4471" w:rsidRDefault="00000000">
    <w:pPr>
      <w:spacing w:after="0"/>
    </w:pPr>
    <w:r>
      <w:rPr>
        <w:sz w:val="14"/>
      </w:rPr>
      <w:t xml:space="preserve">Across Microcredential Call </w:t>
    </w:r>
    <w:proofErr w:type="gramStart"/>
    <w:r>
      <w:rPr>
        <w:sz w:val="14"/>
      </w:rPr>
      <w:t>2026  |</w:t>
    </w:r>
    <w:proofErr w:type="gramEnd"/>
    <w:r>
      <w:rPr>
        <w:sz w:val="14"/>
      </w:rPr>
      <w:t xml:space="preserve">  Application </w:t>
    </w:r>
    <w:proofErr w:type="gramStart"/>
    <w:r>
      <w:rPr>
        <w:sz w:val="14"/>
      </w:rPr>
      <w:t>form  |</w:t>
    </w:r>
    <w:proofErr w:type="gramEnd"/>
    <w:r>
      <w:rPr>
        <w:sz w:val="14"/>
      </w:rPr>
      <w:t xml:space="preserve">  </w:t>
    </w:r>
    <w:r>
      <w:fldChar w:fldCharType="begin"/>
    </w:r>
    <w:r>
      <w:instrText>PAGE</w:instrText>
    </w:r>
    <w:r>
      <w:fldChar w:fldCharType="separate"/>
    </w:r>
    <w:r w:rsidR="006A3A2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93231C" w14:textId="77777777" w:rsidR="00FF4A87" w:rsidRDefault="00FF4A87">
      <w:pPr>
        <w:spacing w:after="0" w:line="240" w:lineRule="auto"/>
      </w:pPr>
      <w:r>
        <w:separator/>
      </w:r>
    </w:p>
  </w:footnote>
  <w:footnote w:type="continuationSeparator" w:id="0">
    <w:p w14:paraId="65F91281" w14:textId="77777777" w:rsidR="00FF4A87" w:rsidRDefault="00FF4A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465305">
    <w:abstractNumId w:val="8"/>
  </w:num>
  <w:num w:numId="2" w16cid:durableId="303313542">
    <w:abstractNumId w:val="6"/>
  </w:num>
  <w:num w:numId="3" w16cid:durableId="1160006402">
    <w:abstractNumId w:val="5"/>
  </w:num>
  <w:num w:numId="4" w16cid:durableId="635255122">
    <w:abstractNumId w:val="4"/>
  </w:num>
  <w:num w:numId="5" w16cid:durableId="1981492732">
    <w:abstractNumId w:val="7"/>
  </w:num>
  <w:num w:numId="6" w16cid:durableId="2103792910">
    <w:abstractNumId w:val="3"/>
  </w:num>
  <w:num w:numId="7" w16cid:durableId="175510139">
    <w:abstractNumId w:val="2"/>
  </w:num>
  <w:num w:numId="8" w16cid:durableId="702903088">
    <w:abstractNumId w:val="1"/>
  </w:num>
  <w:num w:numId="9" w16cid:durableId="5394406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2384"/>
    <w:rsid w:val="0029639D"/>
    <w:rsid w:val="00326F90"/>
    <w:rsid w:val="006A3A26"/>
    <w:rsid w:val="00825F79"/>
    <w:rsid w:val="00AA1D8D"/>
    <w:rsid w:val="00AC7927"/>
    <w:rsid w:val="00B47730"/>
    <w:rsid w:val="00CB0664"/>
    <w:rsid w:val="00DA4471"/>
    <w:rsid w:val="00FA58F0"/>
    <w:rsid w:val="00FC693F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6EA2A6"/>
  <w14:defaultImageDpi w14:val="300"/>
  <w15:docId w15:val="{88ECCE20-3B8F-0E4F-9DDF-3C60B530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E5AF5"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E5AF5"/>
      <w:sz w:val="2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E5AF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color w:val="1E5AF5"/>
      <w:spacing w:val="5"/>
      <w:kern w:val="28"/>
      <w:sz w:val="4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c.cloud/index.php/s/MGfXXcHBjgytwA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Across Microcredential Application 2026</dc:title>
  <dc:subject>Application for opening digital courses to Across learners</dc:subject>
  <dc:creator>Across Team Chemnitz</dc:creator>
  <cp:keywords/>
  <dc:description>generated by python-docx</dc:description>
  <cp:lastModifiedBy>Benny Liebold (TUC)</cp:lastModifiedBy>
  <cp:revision>5</cp:revision>
  <dcterms:created xsi:type="dcterms:W3CDTF">2013-12-23T23:15:00Z</dcterms:created>
  <dcterms:modified xsi:type="dcterms:W3CDTF">2026-10-05T11:33:00Z</dcterms:modified>
  <cp:category/>
</cp:coreProperties>
</file>